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B96" w:rsidRDefault="00EB224C">
      <w:pPr>
        <w:spacing w:after="280"/>
      </w:pPr>
      <w:r>
        <w:rPr>
          <w:b/>
          <w:color w:val="003366"/>
          <w:sz w:val="26"/>
        </w:rPr>
        <w:t xml:space="preserve">DEĞİŞİM YÖNETİMİ YOL HARİTASI </w:t>
      </w:r>
      <w:bookmarkStart w:id="0" w:name="_GoBack"/>
      <w:bookmarkEnd w:id="0"/>
      <w:r>
        <w:rPr>
          <w:b/>
          <w:color w:val="003366"/>
          <w:sz w:val="26"/>
        </w:rPr>
        <w:t xml:space="preserve">(2025-2026) </w:t>
      </w:r>
    </w:p>
    <w:tbl>
      <w:tblPr>
        <w:tblW w:w="0" w:type="auto"/>
        <w:jc w:val="center"/>
        <w:tblBorders>
          <w:top w:val="single" w:sz="4" w:space="0" w:color="CCCCCC"/>
          <w:bottom w:val="single" w:sz="4" w:space="0" w:color="CCCCCC"/>
          <w:insideH w:val="single" w:sz="4" w:space="0" w:color="CCCCCC"/>
          <w:insideV w:val="single" w:sz="4" w:space="0" w:color="CCCCCC"/>
        </w:tblBorders>
        <w:tblLook w:val="04A0" w:firstRow="1" w:lastRow="0" w:firstColumn="1" w:lastColumn="0" w:noHBand="0" w:noVBand="1"/>
      </w:tblPr>
      <w:tblGrid>
        <w:gridCol w:w="3062"/>
        <w:gridCol w:w="5239"/>
        <w:gridCol w:w="3040"/>
        <w:gridCol w:w="3189"/>
      </w:tblGrid>
      <w:tr w:rsidR="00D86B96">
        <w:trPr>
          <w:jc w:val="center"/>
        </w:trPr>
        <w:tc>
          <w:tcPr>
            <w:tcW w:w="3168" w:type="dxa"/>
            <w:shd w:val="clear" w:color="auto" w:fill="003366"/>
            <w:tcMar>
              <w:top w:w="140" w:type="dxa"/>
              <w:left w:w="120" w:type="dxa"/>
              <w:bottom w:w="140" w:type="dxa"/>
              <w:right w:w="120" w:type="dxa"/>
            </w:tcMar>
          </w:tcPr>
          <w:p w:rsidR="00D86B96" w:rsidRPr="005F5CDC" w:rsidRDefault="0050601C">
            <w:pPr>
              <w:spacing w:after="0"/>
              <w:rPr>
                <w:sz w:val="22"/>
              </w:rPr>
            </w:pPr>
            <w:r w:rsidRPr="005F5CDC">
              <w:rPr>
                <w:b/>
                <w:color w:val="FFFFFF"/>
                <w:sz w:val="22"/>
              </w:rPr>
              <w:t>Zaman / Aşama Adı</w:t>
            </w:r>
          </w:p>
        </w:tc>
        <w:tc>
          <w:tcPr>
            <w:tcW w:w="5472" w:type="dxa"/>
            <w:shd w:val="clear" w:color="auto" w:fill="003366"/>
            <w:tcMar>
              <w:top w:w="140" w:type="dxa"/>
              <w:left w:w="120" w:type="dxa"/>
              <w:bottom w:w="140" w:type="dxa"/>
              <w:right w:w="120" w:type="dxa"/>
            </w:tcMar>
          </w:tcPr>
          <w:p w:rsidR="00D86B96" w:rsidRPr="005F5CDC" w:rsidRDefault="0050601C">
            <w:pPr>
              <w:spacing w:after="0"/>
              <w:rPr>
                <w:sz w:val="22"/>
              </w:rPr>
            </w:pPr>
            <w:r w:rsidRPr="005F5CDC">
              <w:rPr>
                <w:b/>
                <w:color w:val="FFFFFF"/>
                <w:sz w:val="22"/>
              </w:rPr>
              <w:t>Faaliyet ve Dönüşüm Adımları</w:t>
            </w:r>
          </w:p>
        </w:tc>
        <w:tc>
          <w:tcPr>
            <w:tcW w:w="3168" w:type="dxa"/>
            <w:shd w:val="clear" w:color="auto" w:fill="003366"/>
            <w:tcMar>
              <w:top w:w="140" w:type="dxa"/>
              <w:left w:w="120" w:type="dxa"/>
              <w:bottom w:w="140" w:type="dxa"/>
              <w:right w:w="120" w:type="dxa"/>
            </w:tcMar>
          </w:tcPr>
          <w:p w:rsidR="00D86B96" w:rsidRPr="005F5CDC" w:rsidRDefault="0050601C">
            <w:pPr>
              <w:spacing w:after="0"/>
              <w:rPr>
                <w:sz w:val="22"/>
              </w:rPr>
            </w:pPr>
            <w:r w:rsidRPr="005F5CDC">
              <w:rPr>
                <w:b/>
                <w:color w:val="FFFFFF"/>
                <w:sz w:val="22"/>
              </w:rPr>
              <w:t>Sorumlu Birim &amp; Görevliler</w:t>
            </w:r>
          </w:p>
        </w:tc>
        <w:tc>
          <w:tcPr>
            <w:tcW w:w="3312" w:type="dxa"/>
            <w:shd w:val="clear" w:color="auto" w:fill="003366"/>
            <w:tcMar>
              <w:top w:w="140" w:type="dxa"/>
              <w:left w:w="120" w:type="dxa"/>
              <w:bottom w:w="140" w:type="dxa"/>
              <w:right w:w="120" w:type="dxa"/>
            </w:tcMar>
          </w:tcPr>
          <w:p w:rsidR="00D86B96" w:rsidRPr="005F5CDC" w:rsidRDefault="0050601C">
            <w:pPr>
              <w:spacing w:after="0"/>
              <w:rPr>
                <w:sz w:val="22"/>
              </w:rPr>
            </w:pPr>
            <w:r w:rsidRPr="005F5CDC">
              <w:rPr>
                <w:b/>
                <w:color w:val="FFFFFF"/>
                <w:sz w:val="22"/>
              </w:rPr>
              <w:t>Çıktılar ve Performans Göstergeleri</w:t>
            </w:r>
          </w:p>
        </w:tc>
      </w:tr>
      <w:tr w:rsidR="00D86B96">
        <w:trPr>
          <w:jc w:val="center"/>
        </w:trPr>
        <w:tc>
          <w:tcPr>
            <w:tcW w:w="3168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6B96" w:rsidRPr="005F5CDC" w:rsidRDefault="0050601C">
            <w:pPr>
              <w:spacing w:after="0"/>
              <w:rPr>
                <w:szCs w:val="20"/>
              </w:rPr>
            </w:pPr>
            <w:r w:rsidRPr="005F5CDC">
              <w:rPr>
                <w:b/>
                <w:color w:val="003366"/>
                <w:szCs w:val="20"/>
              </w:rPr>
              <w:t>1. DÖNEM</w:t>
            </w:r>
            <w:r w:rsidRPr="005F5CDC">
              <w:rPr>
                <w:b/>
                <w:color w:val="003366"/>
                <w:szCs w:val="20"/>
              </w:rPr>
              <w:br/>
              <w:t>Hazırlık &amp; Tedarik</w:t>
            </w:r>
            <w:r w:rsidRPr="005F5CDC">
              <w:rPr>
                <w:b/>
                <w:color w:val="003366"/>
                <w:szCs w:val="20"/>
              </w:rPr>
              <w:br/>
              <w:t>(Ekim 2025 – Eylül 2026)</w:t>
            </w:r>
          </w:p>
        </w:tc>
        <w:tc>
          <w:tcPr>
            <w:tcW w:w="5472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6B96" w:rsidRPr="005F5CDC" w:rsidRDefault="00EB224C" w:rsidP="00EB224C">
            <w:pPr>
              <w:spacing w:after="0"/>
              <w:rPr>
                <w:szCs w:val="20"/>
              </w:rPr>
            </w:pPr>
            <w:r w:rsidRPr="005F5CDC">
              <w:rPr>
                <w:szCs w:val="20"/>
              </w:rPr>
              <w:t xml:space="preserve">• </w:t>
            </w:r>
            <w:proofErr w:type="spellStart"/>
            <w:r w:rsidRPr="005F5CDC">
              <w:rPr>
                <w:szCs w:val="20"/>
              </w:rPr>
              <w:t>Kurumsal</w:t>
            </w:r>
            <w:proofErr w:type="spellEnd"/>
            <w:r w:rsidRPr="005F5CDC">
              <w:rPr>
                <w:szCs w:val="20"/>
              </w:rPr>
              <w:t xml:space="preserve"> 2</w:t>
            </w:r>
            <w:r w:rsidR="0050601C" w:rsidRPr="005F5CDC">
              <w:rPr>
                <w:szCs w:val="20"/>
              </w:rPr>
              <w:t xml:space="preserve">FA </w:t>
            </w:r>
            <w:proofErr w:type="spellStart"/>
            <w:r w:rsidR="0050601C" w:rsidRPr="005F5CDC">
              <w:rPr>
                <w:szCs w:val="20"/>
              </w:rPr>
              <w:t>ve</w:t>
            </w:r>
            <w:proofErr w:type="spellEnd"/>
            <w:r w:rsidR="0050601C" w:rsidRPr="005F5CDC">
              <w:rPr>
                <w:szCs w:val="20"/>
              </w:rPr>
              <w:t xml:space="preserve"> </w:t>
            </w:r>
            <w:proofErr w:type="spellStart"/>
            <w:r w:rsidR="0050601C" w:rsidRPr="005F5CDC">
              <w:rPr>
                <w:szCs w:val="20"/>
              </w:rPr>
              <w:t>siber</w:t>
            </w:r>
            <w:proofErr w:type="spellEnd"/>
            <w:r w:rsidR="0050601C" w:rsidRPr="005F5CDC">
              <w:rPr>
                <w:szCs w:val="20"/>
              </w:rPr>
              <w:t xml:space="preserve"> </w:t>
            </w:r>
            <w:proofErr w:type="spellStart"/>
            <w:r w:rsidR="0050601C" w:rsidRPr="005F5CDC">
              <w:rPr>
                <w:szCs w:val="20"/>
              </w:rPr>
              <w:t>güvenlik</w:t>
            </w:r>
            <w:proofErr w:type="spellEnd"/>
            <w:r w:rsidR="0050601C" w:rsidRPr="005F5CDC">
              <w:rPr>
                <w:szCs w:val="20"/>
              </w:rPr>
              <w:t xml:space="preserve"> </w:t>
            </w:r>
            <w:proofErr w:type="spellStart"/>
            <w:r w:rsidR="0050601C" w:rsidRPr="005F5CDC">
              <w:rPr>
                <w:szCs w:val="20"/>
              </w:rPr>
              <w:t>altyapı</w:t>
            </w:r>
            <w:proofErr w:type="spellEnd"/>
            <w:r w:rsidR="0050601C" w:rsidRPr="005F5CDC">
              <w:rPr>
                <w:szCs w:val="20"/>
              </w:rPr>
              <w:t xml:space="preserve"> </w:t>
            </w:r>
            <w:proofErr w:type="spellStart"/>
            <w:r w:rsidR="0050601C" w:rsidRPr="005F5CDC">
              <w:rPr>
                <w:szCs w:val="20"/>
              </w:rPr>
              <w:t>ihtiyacının</w:t>
            </w:r>
            <w:proofErr w:type="spellEnd"/>
            <w:r w:rsidR="0050601C" w:rsidRPr="005F5CDC">
              <w:rPr>
                <w:szCs w:val="20"/>
              </w:rPr>
              <w:t xml:space="preserve"> </w:t>
            </w:r>
            <w:proofErr w:type="spellStart"/>
            <w:r w:rsidR="0050601C" w:rsidRPr="005F5CDC">
              <w:rPr>
                <w:szCs w:val="20"/>
              </w:rPr>
              <w:t>analizi</w:t>
            </w:r>
            <w:proofErr w:type="spellEnd"/>
            <w:r w:rsidR="0050601C" w:rsidRPr="005F5CDC">
              <w:rPr>
                <w:szCs w:val="20"/>
              </w:rPr>
              <w:t>.</w:t>
            </w:r>
            <w:r w:rsidR="0050601C" w:rsidRPr="005F5CDC">
              <w:rPr>
                <w:szCs w:val="20"/>
              </w:rPr>
              <w:br/>
            </w:r>
          </w:p>
        </w:tc>
        <w:tc>
          <w:tcPr>
            <w:tcW w:w="3168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6B96" w:rsidRPr="005F5CDC" w:rsidRDefault="0050601C" w:rsidP="00EB224C">
            <w:pPr>
              <w:spacing w:after="0"/>
              <w:rPr>
                <w:szCs w:val="20"/>
              </w:rPr>
            </w:pPr>
            <w:r w:rsidRPr="005F5CDC">
              <w:rPr>
                <w:szCs w:val="20"/>
              </w:rPr>
              <w:t>• Bilgi İşlem Daire Bşk.</w:t>
            </w:r>
            <w:r w:rsidRPr="005F5CDC">
              <w:rPr>
                <w:szCs w:val="20"/>
              </w:rPr>
              <w:br/>
              <w:t xml:space="preserve">• Siber Güvenlik </w:t>
            </w:r>
            <w:r w:rsidR="00EB224C" w:rsidRPr="005F5CDC">
              <w:rPr>
                <w:szCs w:val="20"/>
              </w:rPr>
              <w:t xml:space="preserve">Sistem Yönetimi Birimi </w:t>
            </w:r>
          </w:p>
        </w:tc>
        <w:tc>
          <w:tcPr>
            <w:tcW w:w="3312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6B96" w:rsidRPr="005F5CDC" w:rsidRDefault="0050601C" w:rsidP="00EB224C">
            <w:pPr>
              <w:spacing w:after="0"/>
              <w:rPr>
                <w:szCs w:val="20"/>
              </w:rPr>
            </w:pPr>
            <w:r w:rsidRPr="005F5CDC">
              <w:rPr>
                <w:szCs w:val="20"/>
              </w:rPr>
              <w:t>• İhtiyaç Analizi Raporu</w:t>
            </w:r>
            <w:r w:rsidRPr="005F5CDC">
              <w:rPr>
                <w:szCs w:val="20"/>
              </w:rPr>
              <w:br/>
            </w:r>
          </w:p>
        </w:tc>
      </w:tr>
      <w:tr w:rsidR="00D86B96">
        <w:trPr>
          <w:jc w:val="center"/>
        </w:trPr>
        <w:tc>
          <w:tcPr>
            <w:tcW w:w="3168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6B96" w:rsidRPr="005F5CDC" w:rsidRDefault="0050601C">
            <w:pPr>
              <w:spacing w:after="0"/>
              <w:rPr>
                <w:szCs w:val="20"/>
              </w:rPr>
            </w:pPr>
            <w:r w:rsidRPr="005F5CDC">
              <w:rPr>
                <w:b/>
                <w:color w:val="003366"/>
                <w:szCs w:val="20"/>
              </w:rPr>
              <w:t>2. DÖNEM</w:t>
            </w:r>
            <w:r w:rsidRPr="005F5CDC">
              <w:rPr>
                <w:b/>
                <w:color w:val="003366"/>
                <w:szCs w:val="20"/>
              </w:rPr>
              <w:br/>
              <w:t>Planlama &amp; Tasarım</w:t>
            </w:r>
            <w:r w:rsidRPr="005F5CDC">
              <w:rPr>
                <w:b/>
                <w:color w:val="003366"/>
                <w:szCs w:val="20"/>
              </w:rPr>
              <w:br/>
              <w:t>(Ekim 2026 – Kasım 2026)</w:t>
            </w:r>
          </w:p>
        </w:tc>
        <w:tc>
          <w:tcPr>
            <w:tcW w:w="5472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6B96" w:rsidRPr="005F5CDC" w:rsidRDefault="0050601C" w:rsidP="00EB224C">
            <w:pPr>
              <w:spacing w:after="0"/>
              <w:rPr>
                <w:szCs w:val="20"/>
              </w:rPr>
            </w:pPr>
            <w:r w:rsidRPr="005F5CDC">
              <w:rPr>
                <w:szCs w:val="20"/>
              </w:rPr>
              <w:t xml:space="preserve">• Test </w:t>
            </w:r>
            <w:proofErr w:type="spellStart"/>
            <w:r w:rsidRPr="005F5CDC">
              <w:rPr>
                <w:szCs w:val="20"/>
              </w:rPr>
              <w:t>ve</w:t>
            </w:r>
            <w:proofErr w:type="spellEnd"/>
            <w:r w:rsidRPr="005F5CDC">
              <w:rPr>
                <w:szCs w:val="20"/>
              </w:rPr>
              <w:t xml:space="preserve"> </w:t>
            </w:r>
            <w:proofErr w:type="spellStart"/>
            <w:r w:rsidRPr="005F5CDC">
              <w:rPr>
                <w:szCs w:val="20"/>
              </w:rPr>
              <w:t>konfig</w:t>
            </w:r>
            <w:r w:rsidR="00EB224C" w:rsidRPr="005F5CDC">
              <w:rPr>
                <w:szCs w:val="20"/>
              </w:rPr>
              <w:t>ürasyon</w:t>
            </w:r>
            <w:proofErr w:type="spellEnd"/>
            <w:r w:rsidR="00EB224C" w:rsidRPr="005F5CDC">
              <w:rPr>
                <w:szCs w:val="20"/>
              </w:rPr>
              <w:t xml:space="preserve"> </w:t>
            </w:r>
            <w:proofErr w:type="spellStart"/>
            <w:r w:rsidR="00EB224C" w:rsidRPr="005F5CDC">
              <w:rPr>
                <w:szCs w:val="20"/>
              </w:rPr>
              <w:t>ortamının</w:t>
            </w:r>
            <w:proofErr w:type="spellEnd"/>
            <w:r w:rsidR="00EB224C" w:rsidRPr="005F5CDC">
              <w:rPr>
                <w:szCs w:val="20"/>
              </w:rPr>
              <w:t xml:space="preserve"> </w:t>
            </w:r>
            <w:proofErr w:type="spellStart"/>
            <w:r w:rsidR="00EB224C" w:rsidRPr="005F5CDC">
              <w:rPr>
                <w:szCs w:val="20"/>
              </w:rPr>
              <w:t>hazırlanması</w:t>
            </w:r>
            <w:proofErr w:type="spellEnd"/>
            <w:r w:rsidR="00EB224C" w:rsidRPr="005F5CDC">
              <w:rPr>
                <w:szCs w:val="20"/>
              </w:rPr>
              <w:t>.</w:t>
            </w:r>
          </w:p>
        </w:tc>
        <w:tc>
          <w:tcPr>
            <w:tcW w:w="3168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EB224C" w:rsidRPr="005F5CDC" w:rsidRDefault="0050601C" w:rsidP="00EB224C">
            <w:pPr>
              <w:spacing w:after="0"/>
              <w:rPr>
                <w:szCs w:val="20"/>
              </w:rPr>
            </w:pPr>
            <w:r w:rsidRPr="005F5CDC">
              <w:rPr>
                <w:szCs w:val="20"/>
              </w:rPr>
              <w:t xml:space="preserve">• Siber Güvenlik </w:t>
            </w:r>
            <w:r w:rsidR="00EB224C" w:rsidRPr="005F5CDC">
              <w:rPr>
                <w:szCs w:val="20"/>
              </w:rPr>
              <w:t>Sistem Yönetimi Birimi</w:t>
            </w:r>
            <w:r w:rsidRPr="005F5CDC">
              <w:rPr>
                <w:szCs w:val="20"/>
              </w:rPr>
              <w:br/>
              <w:t xml:space="preserve">• Yazılım </w:t>
            </w:r>
            <w:r w:rsidR="00EB224C" w:rsidRPr="005F5CDC">
              <w:rPr>
                <w:szCs w:val="20"/>
              </w:rPr>
              <w:t xml:space="preserve">Hizmet </w:t>
            </w:r>
            <w:proofErr w:type="spellStart"/>
            <w:r w:rsidR="00EB224C" w:rsidRPr="005F5CDC">
              <w:rPr>
                <w:szCs w:val="20"/>
              </w:rPr>
              <w:t>Birimi</w:t>
            </w:r>
            <w:proofErr w:type="spellEnd"/>
            <w:r w:rsidRPr="005F5CDC">
              <w:rPr>
                <w:szCs w:val="20"/>
              </w:rPr>
              <w:br/>
              <w:t xml:space="preserve">• </w:t>
            </w:r>
            <w:proofErr w:type="spellStart"/>
            <w:r w:rsidRPr="005F5CDC">
              <w:rPr>
                <w:szCs w:val="20"/>
              </w:rPr>
              <w:t>Ağ</w:t>
            </w:r>
            <w:proofErr w:type="spellEnd"/>
            <w:r w:rsidRPr="005F5CDC">
              <w:rPr>
                <w:szCs w:val="20"/>
              </w:rPr>
              <w:t xml:space="preserve"> </w:t>
            </w:r>
            <w:proofErr w:type="spellStart"/>
            <w:r w:rsidR="00EB224C" w:rsidRPr="005F5CDC">
              <w:rPr>
                <w:szCs w:val="20"/>
              </w:rPr>
              <w:t>Hizmet</w:t>
            </w:r>
            <w:proofErr w:type="spellEnd"/>
            <w:r w:rsidR="00EB224C" w:rsidRPr="005F5CDC">
              <w:rPr>
                <w:szCs w:val="20"/>
              </w:rPr>
              <w:t xml:space="preserve"> </w:t>
            </w:r>
            <w:proofErr w:type="spellStart"/>
            <w:r w:rsidR="00EB224C" w:rsidRPr="005F5CDC">
              <w:rPr>
                <w:szCs w:val="20"/>
              </w:rPr>
              <w:t>Birimi</w:t>
            </w:r>
            <w:proofErr w:type="spellEnd"/>
          </w:p>
          <w:p w:rsidR="00D86B96" w:rsidRPr="005F5CDC" w:rsidRDefault="0050601C" w:rsidP="00EB224C">
            <w:pPr>
              <w:spacing w:after="0"/>
              <w:rPr>
                <w:szCs w:val="20"/>
              </w:rPr>
            </w:pPr>
            <w:r w:rsidRPr="005F5CDC">
              <w:rPr>
                <w:szCs w:val="20"/>
              </w:rPr>
              <w:t>• Bilgi İşlem D.B.</w:t>
            </w:r>
          </w:p>
        </w:tc>
        <w:tc>
          <w:tcPr>
            <w:tcW w:w="3312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6B96" w:rsidRPr="005F5CDC" w:rsidRDefault="0050601C" w:rsidP="00EB224C">
            <w:pPr>
              <w:spacing w:after="0"/>
              <w:rPr>
                <w:szCs w:val="20"/>
              </w:rPr>
            </w:pPr>
            <w:r w:rsidRPr="005F5CDC">
              <w:rPr>
                <w:szCs w:val="20"/>
              </w:rPr>
              <w:t xml:space="preserve">• </w:t>
            </w:r>
            <w:proofErr w:type="spellStart"/>
            <w:r w:rsidR="00EB224C" w:rsidRPr="005F5CDC">
              <w:rPr>
                <w:szCs w:val="20"/>
              </w:rPr>
              <w:t>İlgili</w:t>
            </w:r>
            <w:proofErr w:type="spellEnd"/>
            <w:r w:rsidR="00EB224C" w:rsidRPr="005F5CDC">
              <w:rPr>
                <w:szCs w:val="20"/>
              </w:rPr>
              <w:t xml:space="preserve"> </w:t>
            </w:r>
            <w:proofErr w:type="spellStart"/>
            <w:r w:rsidR="00EB224C" w:rsidRPr="005F5CDC">
              <w:rPr>
                <w:szCs w:val="20"/>
              </w:rPr>
              <w:t>Birimlere</w:t>
            </w:r>
            <w:proofErr w:type="spellEnd"/>
            <w:r w:rsidR="00EB224C" w:rsidRPr="005F5CDC">
              <w:rPr>
                <w:szCs w:val="20"/>
              </w:rPr>
              <w:t xml:space="preserve"> </w:t>
            </w:r>
            <w:proofErr w:type="spellStart"/>
            <w:r w:rsidR="00EB224C" w:rsidRPr="005F5CDC">
              <w:rPr>
                <w:szCs w:val="20"/>
              </w:rPr>
              <w:t>Yazılan</w:t>
            </w:r>
            <w:proofErr w:type="spellEnd"/>
            <w:r w:rsidR="00EB224C" w:rsidRPr="005F5CDC">
              <w:rPr>
                <w:szCs w:val="20"/>
              </w:rPr>
              <w:t xml:space="preserve"> </w:t>
            </w:r>
            <w:proofErr w:type="spellStart"/>
            <w:r w:rsidR="00EB224C" w:rsidRPr="005F5CDC">
              <w:rPr>
                <w:szCs w:val="20"/>
              </w:rPr>
              <w:t>Bildirim</w:t>
            </w:r>
            <w:proofErr w:type="spellEnd"/>
            <w:r w:rsidR="00EB224C" w:rsidRPr="005F5CDC">
              <w:rPr>
                <w:szCs w:val="20"/>
              </w:rPr>
              <w:t xml:space="preserve"> </w:t>
            </w:r>
            <w:proofErr w:type="spellStart"/>
            <w:r w:rsidR="00EB224C" w:rsidRPr="005F5CDC">
              <w:rPr>
                <w:szCs w:val="20"/>
              </w:rPr>
              <w:t>Yazısı</w:t>
            </w:r>
            <w:proofErr w:type="spellEnd"/>
          </w:p>
        </w:tc>
      </w:tr>
      <w:tr w:rsidR="00D86B96">
        <w:trPr>
          <w:jc w:val="center"/>
        </w:trPr>
        <w:tc>
          <w:tcPr>
            <w:tcW w:w="3168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6B96" w:rsidRPr="005F5CDC" w:rsidRDefault="0050601C">
            <w:pPr>
              <w:spacing w:after="0"/>
              <w:rPr>
                <w:szCs w:val="20"/>
              </w:rPr>
            </w:pPr>
            <w:r w:rsidRPr="005F5CDC">
              <w:rPr>
                <w:b/>
                <w:color w:val="003366"/>
                <w:szCs w:val="20"/>
              </w:rPr>
              <w:t>3. DÖNEM</w:t>
            </w:r>
            <w:r w:rsidRPr="005F5CDC">
              <w:rPr>
                <w:b/>
                <w:color w:val="003366"/>
                <w:szCs w:val="20"/>
              </w:rPr>
              <w:br/>
              <w:t>Piloting &amp; Kurulum</w:t>
            </w:r>
            <w:r w:rsidRPr="005F5CDC">
              <w:rPr>
                <w:b/>
                <w:color w:val="003366"/>
                <w:szCs w:val="20"/>
              </w:rPr>
              <w:br/>
              <w:t>(Kasım 2026 – Aralık 2026)</w:t>
            </w:r>
          </w:p>
        </w:tc>
        <w:tc>
          <w:tcPr>
            <w:tcW w:w="5472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6B96" w:rsidRPr="005F5CDC" w:rsidRDefault="0050601C">
            <w:pPr>
              <w:spacing w:after="0"/>
              <w:rPr>
                <w:szCs w:val="20"/>
              </w:rPr>
            </w:pPr>
            <w:r w:rsidRPr="005F5CDC">
              <w:rPr>
                <w:szCs w:val="20"/>
              </w:rPr>
              <w:t xml:space="preserve">• </w:t>
            </w:r>
            <w:proofErr w:type="spellStart"/>
            <w:r w:rsidRPr="005F5CDC">
              <w:rPr>
                <w:szCs w:val="20"/>
              </w:rPr>
              <w:t>Sunucu</w:t>
            </w:r>
            <w:proofErr w:type="spellEnd"/>
            <w:r w:rsidRPr="005F5CDC">
              <w:rPr>
                <w:szCs w:val="20"/>
              </w:rPr>
              <w:t>/</w:t>
            </w:r>
            <w:proofErr w:type="spellStart"/>
            <w:r w:rsidRPr="005F5CDC">
              <w:rPr>
                <w:szCs w:val="20"/>
              </w:rPr>
              <w:t>sistem</w:t>
            </w:r>
            <w:proofErr w:type="spellEnd"/>
            <w:r w:rsidRPr="005F5CDC">
              <w:rPr>
                <w:szCs w:val="20"/>
              </w:rPr>
              <w:t xml:space="preserve"> </w:t>
            </w:r>
            <w:proofErr w:type="spellStart"/>
            <w:r w:rsidRPr="005F5CDC">
              <w:rPr>
                <w:szCs w:val="20"/>
              </w:rPr>
              <w:t>kurulumu</w:t>
            </w:r>
            <w:proofErr w:type="spellEnd"/>
            <w:r w:rsidRPr="005F5CDC">
              <w:rPr>
                <w:szCs w:val="20"/>
              </w:rPr>
              <w:t xml:space="preserve"> (</w:t>
            </w:r>
            <w:proofErr w:type="spellStart"/>
            <w:r w:rsidRPr="005F5CDC">
              <w:rPr>
                <w:szCs w:val="20"/>
              </w:rPr>
              <w:t>tamamlandıysa</w:t>
            </w:r>
            <w:proofErr w:type="spellEnd"/>
            <w:r w:rsidRPr="005F5CDC">
              <w:rPr>
                <w:szCs w:val="20"/>
              </w:rPr>
              <w:t xml:space="preserve">) </w:t>
            </w:r>
            <w:proofErr w:type="spellStart"/>
            <w:r w:rsidRPr="005F5CDC">
              <w:rPr>
                <w:szCs w:val="20"/>
              </w:rPr>
              <w:t>veya</w:t>
            </w:r>
            <w:proofErr w:type="spellEnd"/>
            <w:r w:rsidRPr="005F5CDC">
              <w:rPr>
                <w:szCs w:val="20"/>
              </w:rPr>
              <w:t xml:space="preserve"> manuel tanımlamalarla pilot birimlerde testlerin başlatılması.</w:t>
            </w:r>
            <w:r w:rsidRPr="005F5CDC">
              <w:rPr>
                <w:szCs w:val="20"/>
              </w:rPr>
              <w:br/>
              <w:t>• Değişim belgelerinin Kalite Koordinatörlüğüne sunulması.</w:t>
            </w:r>
          </w:p>
        </w:tc>
        <w:tc>
          <w:tcPr>
            <w:tcW w:w="3168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6B96" w:rsidRPr="005F5CDC" w:rsidRDefault="0050601C" w:rsidP="00EB224C">
            <w:pPr>
              <w:spacing w:after="0"/>
              <w:rPr>
                <w:szCs w:val="20"/>
              </w:rPr>
            </w:pPr>
            <w:r w:rsidRPr="005F5CDC">
              <w:rPr>
                <w:szCs w:val="20"/>
              </w:rPr>
              <w:t xml:space="preserve">• Siber Güvenlik </w:t>
            </w:r>
            <w:r w:rsidR="00EB224C" w:rsidRPr="005F5CDC">
              <w:rPr>
                <w:szCs w:val="20"/>
              </w:rPr>
              <w:t>Sistem Yönetimi Birimi</w:t>
            </w:r>
            <w:r w:rsidR="00EB224C" w:rsidRPr="005F5CDC">
              <w:rPr>
                <w:szCs w:val="20"/>
              </w:rPr>
              <w:br/>
              <w:t>• Bilgi İşlem D.B.</w:t>
            </w:r>
          </w:p>
        </w:tc>
        <w:tc>
          <w:tcPr>
            <w:tcW w:w="3312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6B96" w:rsidRPr="005F5CDC" w:rsidRDefault="0050601C">
            <w:pPr>
              <w:spacing w:after="0"/>
              <w:rPr>
                <w:szCs w:val="20"/>
              </w:rPr>
            </w:pPr>
            <w:r w:rsidRPr="005F5CDC">
              <w:rPr>
                <w:szCs w:val="20"/>
              </w:rPr>
              <w:t xml:space="preserve">• Pilot </w:t>
            </w:r>
            <w:proofErr w:type="spellStart"/>
            <w:r w:rsidRPr="005F5CDC">
              <w:rPr>
                <w:szCs w:val="20"/>
              </w:rPr>
              <w:t>Uygulama</w:t>
            </w:r>
            <w:proofErr w:type="spellEnd"/>
            <w:r w:rsidRPr="005F5CDC">
              <w:rPr>
                <w:szCs w:val="20"/>
              </w:rPr>
              <w:t xml:space="preserve"> Test </w:t>
            </w:r>
            <w:proofErr w:type="spellStart"/>
            <w:r w:rsidRPr="005F5CDC">
              <w:rPr>
                <w:szCs w:val="20"/>
              </w:rPr>
              <w:t>Raporu</w:t>
            </w:r>
            <w:proofErr w:type="spellEnd"/>
            <w:r w:rsidRPr="005F5CDC">
              <w:rPr>
                <w:szCs w:val="20"/>
              </w:rPr>
              <w:br/>
              <w:t>• Kalite Süreci Entegrasyon Belgeleri</w:t>
            </w:r>
          </w:p>
        </w:tc>
      </w:tr>
      <w:tr w:rsidR="00D86B96">
        <w:trPr>
          <w:jc w:val="center"/>
        </w:trPr>
        <w:tc>
          <w:tcPr>
            <w:tcW w:w="3168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6B96" w:rsidRPr="005F5CDC" w:rsidRDefault="0050601C">
            <w:pPr>
              <w:spacing w:after="0"/>
              <w:rPr>
                <w:szCs w:val="20"/>
              </w:rPr>
            </w:pPr>
            <w:r w:rsidRPr="005F5CDC">
              <w:rPr>
                <w:b/>
                <w:color w:val="003366"/>
                <w:szCs w:val="20"/>
              </w:rPr>
              <w:t>4. DÖNEM</w:t>
            </w:r>
            <w:r w:rsidRPr="005F5CDC">
              <w:rPr>
                <w:b/>
                <w:color w:val="003366"/>
                <w:szCs w:val="20"/>
              </w:rPr>
              <w:br/>
              <w:t>Canlı Hizmet Başlangıcı</w:t>
            </w:r>
            <w:r w:rsidRPr="005F5CDC">
              <w:rPr>
                <w:b/>
                <w:color w:val="003366"/>
                <w:szCs w:val="20"/>
              </w:rPr>
              <w:br/>
              <w:t>(Aralık 2026)</w:t>
            </w:r>
          </w:p>
        </w:tc>
        <w:tc>
          <w:tcPr>
            <w:tcW w:w="5472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6B96" w:rsidRPr="005F5CDC" w:rsidRDefault="0050601C" w:rsidP="00EB224C">
            <w:pPr>
              <w:spacing w:after="0"/>
              <w:rPr>
                <w:szCs w:val="20"/>
              </w:rPr>
            </w:pPr>
            <w:r w:rsidRPr="005F5CDC">
              <w:rPr>
                <w:szCs w:val="20"/>
              </w:rPr>
              <w:t xml:space="preserve">• 15 Kasım 2026: Kurumsal </w:t>
            </w:r>
            <w:r w:rsidR="00EB224C" w:rsidRPr="005F5CDC">
              <w:rPr>
                <w:szCs w:val="20"/>
              </w:rPr>
              <w:t>2</w:t>
            </w:r>
            <w:r w:rsidRPr="005F5CDC">
              <w:rPr>
                <w:szCs w:val="20"/>
              </w:rPr>
              <w:t>FA sisteminin resmi lansmanı ve aktivasyon alımı.</w:t>
            </w:r>
            <w:r w:rsidRPr="005F5CDC">
              <w:rPr>
                <w:szCs w:val="20"/>
              </w:rPr>
              <w:br/>
              <w:t>• 05 Aralık 2026: Ara kontrol (sistem yoğunluğu ve altyapı denetimi).</w:t>
            </w:r>
          </w:p>
        </w:tc>
        <w:tc>
          <w:tcPr>
            <w:tcW w:w="3168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6B96" w:rsidRPr="005F5CDC" w:rsidRDefault="0050601C" w:rsidP="00EB224C">
            <w:pPr>
              <w:spacing w:after="0"/>
              <w:rPr>
                <w:szCs w:val="20"/>
              </w:rPr>
            </w:pPr>
            <w:r w:rsidRPr="005F5CDC">
              <w:rPr>
                <w:szCs w:val="20"/>
              </w:rPr>
              <w:t>• Bilgi İşlem Daire Bşk.</w:t>
            </w:r>
            <w:r w:rsidRPr="005F5CDC">
              <w:rPr>
                <w:szCs w:val="20"/>
              </w:rPr>
              <w:br/>
              <w:t xml:space="preserve">• Siber Güvenlik </w:t>
            </w:r>
            <w:r w:rsidR="00EB224C" w:rsidRPr="005F5CDC">
              <w:rPr>
                <w:szCs w:val="20"/>
              </w:rPr>
              <w:t xml:space="preserve">Sistem Yönetimi </w:t>
            </w:r>
            <w:proofErr w:type="spellStart"/>
            <w:r w:rsidR="00EB224C" w:rsidRPr="005F5CDC">
              <w:rPr>
                <w:szCs w:val="20"/>
              </w:rPr>
              <w:t>Birimi</w:t>
            </w:r>
            <w:proofErr w:type="spellEnd"/>
            <w:r w:rsidR="00EB224C" w:rsidRPr="005F5CDC">
              <w:rPr>
                <w:szCs w:val="20"/>
              </w:rPr>
              <w:br/>
              <w:t xml:space="preserve">• </w:t>
            </w:r>
            <w:proofErr w:type="spellStart"/>
            <w:r w:rsidR="00EB224C" w:rsidRPr="005F5CDC">
              <w:rPr>
                <w:szCs w:val="20"/>
              </w:rPr>
              <w:t>Yazılım</w:t>
            </w:r>
            <w:proofErr w:type="spellEnd"/>
            <w:r w:rsidR="00EB224C" w:rsidRPr="005F5CDC">
              <w:rPr>
                <w:szCs w:val="20"/>
              </w:rPr>
              <w:t xml:space="preserve"> </w:t>
            </w:r>
            <w:proofErr w:type="spellStart"/>
            <w:r w:rsidR="00EB224C" w:rsidRPr="005F5CDC">
              <w:rPr>
                <w:szCs w:val="20"/>
              </w:rPr>
              <w:t>Hzimet</w:t>
            </w:r>
            <w:proofErr w:type="spellEnd"/>
            <w:r w:rsidR="00EB224C" w:rsidRPr="005F5CDC">
              <w:rPr>
                <w:szCs w:val="20"/>
              </w:rPr>
              <w:t xml:space="preserve"> </w:t>
            </w:r>
            <w:proofErr w:type="spellStart"/>
            <w:r w:rsidR="00EB224C" w:rsidRPr="005F5CDC">
              <w:rPr>
                <w:szCs w:val="20"/>
              </w:rPr>
              <w:t>Birimi</w:t>
            </w:r>
            <w:proofErr w:type="spellEnd"/>
          </w:p>
        </w:tc>
        <w:tc>
          <w:tcPr>
            <w:tcW w:w="3312" w:type="dxa"/>
            <w:shd w:val="clear" w:color="auto" w:fill="F2F5F9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6B96" w:rsidRPr="005F5CDC" w:rsidRDefault="0050601C">
            <w:pPr>
              <w:spacing w:after="0"/>
              <w:rPr>
                <w:szCs w:val="20"/>
              </w:rPr>
            </w:pPr>
            <w:r w:rsidRPr="005F5CDC">
              <w:rPr>
                <w:szCs w:val="20"/>
              </w:rPr>
              <w:t>• Aktif Kullanıcı Kayıtları</w:t>
            </w:r>
            <w:r w:rsidRPr="005F5CDC">
              <w:rPr>
                <w:szCs w:val="20"/>
              </w:rPr>
              <w:br/>
              <w:t>• Ara Denetim Raporu</w:t>
            </w:r>
            <w:r w:rsidRPr="005F5CDC">
              <w:rPr>
                <w:szCs w:val="20"/>
              </w:rPr>
              <w:br/>
              <w:t>• Sistem Yoğunluk İstatistikleri</w:t>
            </w:r>
          </w:p>
        </w:tc>
      </w:tr>
      <w:tr w:rsidR="00D86B96">
        <w:trPr>
          <w:jc w:val="center"/>
        </w:trPr>
        <w:tc>
          <w:tcPr>
            <w:tcW w:w="3168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6B96" w:rsidRPr="005F5CDC" w:rsidRDefault="0050601C">
            <w:pPr>
              <w:spacing w:after="0"/>
              <w:rPr>
                <w:szCs w:val="20"/>
              </w:rPr>
            </w:pPr>
            <w:r w:rsidRPr="005F5CDC">
              <w:rPr>
                <w:b/>
                <w:color w:val="003366"/>
                <w:szCs w:val="20"/>
              </w:rPr>
              <w:t>5. DÖNEM</w:t>
            </w:r>
            <w:r w:rsidRPr="005F5CDC">
              <w:rPr>
                <w:b/>
                <w:color w:val="003366"/>
                <w:szCs w:val="20"/>
              </w:rPr>
              <w:br/>
              <w:t>İzleme &amp; Değerlendirme</w:t>
            </w:r>
            <w:r w:rsidRPr="005F5CDC">
              <w:rPr>
                <w:b/>
                <w:color w:val="003366"/>
                <w:szCs w:val="20"/>
              </w:rPr>
              <w:br/>
              <w:t>(Ocak 2026 ve Sonrası)</w:t>
            </w:r>
          </w:p>
        </w:tc>
        <w:tc>
          <w:tcPr>
            <w:tcW w:w="5472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6B96" w:rsidRPr="005F5CDC" w:rsidRDefault="0050601C" w:rsidP="005F5CDC">
            <w:pPr>
              <w:spacing w:after="0"/>
              <w:rPr>
                <w:szCs w:val="20"/>
              </w:rPr>
            </w:pPr>
            <w:r w:rsidRPr="005F5CDC">
              <w:rPr>
                <w:szCs w:val="20"/>
              </w:rPr>
              <w:t>• 15 Aralık 2026: Tam kapasite hizmete geçiş ve 1. Dönem değerlendirmesi.</w:t>
            </w:r>
            <w:r w:rsidRPr="005F5CDC">
              <w:rPr>
                <w:szCs w:val="20"/>
              </w:rPr>
              <w:br/>
              <w:t>• Cihaz ve sistem entegrasyonu (dijital raporlama).</w:t>
            </w:r>
            <w:r w:rsidRPr="005F5CDC">
              <w:rPr>
                <w:szCs w:val="20"/>
              </w:rPr>
              <w:br/>
            </w:r>
          </w:p>
        </w:tc>
        <w:tc>
          <w:tcPr>
            <w:tcW w:w="3168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6B96" w:rsidRPr="005F5CDC" w:rsidRDefault="0050601C" w:rsidP="005F5CDC">
            <w:pPr>
              <w:spacing w:after="0"/>
              <w:rPr>
                <w:szCs w:val="20"/>
              </w:rPr>
            </w:pPr>
            <w:r w:rsidRPr="005F5CDC">
              <w:rPr>
                <w:szCs w:val="20"/>
              </w:rPr>
              <w:t xml:space="preserve">• Siber Güvenlik </w:t>
            </w:r>
            <w:r w:rsidR="005F5CDC" w:rsidRPr="005F5CDC">
              <w:rPr>
                <w:szCs w:val="20"/>
              </w:rPr>
              <w:t xml:space="preserve">Sistem Yönetimi </w:t>
            </w:r>
            <w:proofErr w:type="spellStart"/>
            <w:r w:rsidR="005F5CDC" w:rsidRPr="005F5CDC">
              <w:rPr>
                <w:szCs w:val="20"/>
              </w:rPr>
              <w:t>Birimi</w:t>
            </w:r>
            <w:proofErr w:type="spellEnd"/>
            <w:r w:rsidRPr="005F5CDC">
              <w:rPr>
                <w:szCs w:val="20"/>
              </w:rPr>
              <w:br/>
              <w:t xml:space="preserve">• </w:t>
            </w:r>
            <w:proofErr w:type="spellStart"/>
            <w:r w:rsidRPr="005F5CDC">
              <w:rPr>
                <w:szCs w:val="20"/>
              </w:rPr>
              <w:t>Yazılım</w:t>
            </w:r>
            <w:proofErr w:type="spellEnd"/>
            <w:r w:rsidRPr="005F5CDC">
              <w:rPr>
                <w:szCs w:val="20"/>
              </w:rPr>
              <w:t xml:space="preserve"> </w:t>
            </w:r>
            <w:proofErr w:type="spellStart"/>
            <w:r w:rsidR="005F5CDC" w:rsidRPr="005F5CDC">
              <w:rPr>
                <w:szCs w:val="20"/>
              </w:rPr>
              <w:t>Hizmet</w:t>
            </w:r>
            <w:proofErr w:type="spellEnd"/>
            <w:r w:rsidR="005F5CDC" w:rsidRPr="005F5CDC">
              <w:rPr>
                <w:szCs w:val="20"/>
              </w:rPr>
              <w:t xml:space="preserve"> </w:t>
            </w:r>
            <w:proofErr w:type="spellStart"/>
            <w:r w:rsidR="005F5CDC" w:rsidRPr="005F5CDC">
              <w:rPr>
                <w:szCs w:val="20"/>
              </w:rPr>
              <w:t>Birimi</w:t>
            </w:r>
            <w:proofErr w:type="spellEnd"/>
          </w:p>
        </w:tc>
        <w:tc>
          <w:tcPr>
            <w:tcW w:w="3312" w:type="dxa"/>
            <w:shd w:val="clear" w:color="auto" w:fill="F9FAFC"/>
            <w:tcMar>
              <w:top w:w="120" w:type="dxa"/>
              <w:left w:w="120" w:type="dxa"/>
              <w:bottom w:w="120" w:type="dxa"/>
              <w:right w:w="120" w:type="dxa"/>
            </w:tcMar>
          </w:tcPr>
          <w:p w:rsidR="00D86B96" w:rsidRPr="005F5CDC" w:rsidRDefault="0050601C" w:rsidP="005F5CDC">
            <w:pPr>
              <w:spacing w:after="0"/>
              <w:rPr>
                <w:szCs w:val="20"/>
              </w:rPr>
            </w:pPr>
            <w:r w:rsidRPr="005F5CDC">
              <w:rPr>
                <w:szCs w:val="20"/>
              </w:rPr>
              <w:t xml:space="preserve">• </w:t>
            </w:r>
            <w:proofErr w:type="spellStart"/>
            <w:r w:rsidRPr="005F5CDC">
              <w:rPr>
                <w:szCs w:val="20"/>
              </w:rPr>
              <w:t>Dönem</w:t>
            </w:r>
            <w:proofErr w:type="spellEnd"/>
            <w:r w:rsidRPr="005F5CDC">
              <w:rPr>
                <w:szCs w:val="20"/>
              </w:rPr>
              <w:t xml:space="preserve"> </w:t>
            </w:r>
            <w:proofErr w:type="spellStart"/>
            <w:r w:rsidRPr="005F5CDC">
              <w:rPr>
                <w:szCs w:val="20"/>
              </w:rPr>
              <w:t>Sonu</w:t>
            </w:r>
            <w:proofErr w:type="spellEnd"/>
            <w:r w:rsidRPr="005F5CDC">
              <w:rPr>
                <w:szCs w:val="20"/>
              </w:rPr>
              <w:t xml:space="preserve"> </w:t>
            </w:r>
            <w:proofErr w:type="spellStart"/>
            <w:r w:rsidRPr="005F5CDC">
              <w:rPr>
                <w:szCs w:val="20"/>
              </w:rPr>
              <w:t>Güvenlik</w:t>
            </w:r>
            <w:proofErr w:type="spellEnd"/>
            <w:r w:rsidRPr="005F5CDC">
              <w:rPr>
                <w:szCs w:val="20"/>
              </w:rPr>
              <w:t xml:space="preserve"> </w:t>
            </w:r>
            <w:proofErr w:type="spellStart"/>
            <w:r w:rsidRPr="005F5CDC">
              <w:rPr>
                <w:szCs w:val="20"/>
              </w:rPr>
              <w:t>Raporu</w:t>
            </w:r>
            <w:proofErr w:type="spellEnd"/>
            <w:r w:rsidRPr="005F5CDC">
              <w:rPr>
                <w:szCs w:val="20"/>
              </w:rPr>
              <w:br/>
            </w:r>
          </w:p>
        </w:tc>
      </w:tr>
    </w:tbl>
    <w:p w:rsidR="0050601C" w:rsidRDefault="0050601C"/>
    <w:sectPr w:rsidR="0050601C" w:rsidSect="00034616">
      <w:pgSz w:w="16834" w:h="11909" w:orient="landscape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50601C"/>
    <w:rsid w:val="005C5E10"/>
    <w:rsid w:val="005F5CDC"/>
    <w:rsid w:val="00AA1D8D"/>
    <w:rsid w:val="00B47730"/>
    <w:rsid w:val="00CB0664"/>
    <w:rsid w:val="00D86B96"/>
    <w:rsid w:val="00EB224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C36C2C"/>
  <w14:defaultImageDpi w14:val="300"/>
  <w15:docId w15:val="{580264D7-E15B-4FA8-A1F4-06852C536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rPr>
      <w:rFonts w:ascii="Calibri" w:hAnsi="Calibri"/>
      <w:color w:val="333333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3F9059E-0B0B-4971-A9FC-B529BA457A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4</cp:revision>
  <dcterms:created xsi:type="dcterms:W3CDTF">2026-10-26T07:59:00Z</dcterms:created>
  <dcterms:modified xsi:type="dcterms:W3CDTF">2026-10-26T08:41:00Z</dcterms:modified>
  <cp:category/>
</cp:coreProperties>
</file>